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נתינה</w:t>
      </w:r>
    </w:p>
    <w:p>
      <w:pPr>
        <w:bidi/>
        <w:jc w:val="right"/>
      </w:pPr>
      <w:r>
        <w:rPr>
          <w:rFonts w:ascii="Arial" w:hAnsi="Arial" w:cs="Arial"/>
          <w:sz w:val="24"/>
          <w:rtl/>
          <w:szCs w:val="24"/>
        </w:rPr>
        <w:t>• 🎯 מטרה: לתרגל את ערך השבוע "נתינה"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ב – לתת מזמננו, מכוחנו ומליבנו לאחרים, בלי לחכות לתמורה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 – האמונה שאפשר לטוב לבוא, והכוח להמשיך לפעול לקראתו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ד – היכולת להרגיש ולהבין מה עובר על אדם אחר, ולהגיב ברגישות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ג – לעבוד יחד למען מטרה משותפת, כשכל אחד ואחת תורמים את החלק שלהם</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שנותנים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6 עפרונות (ולאלמז 12)</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נתינה – דף תרגול</w:t>
      </w:r>
    </w:p>
    <w:p>
      <w:pPr>
        <w:bidi/>
        <w:jc w:val="right"/>
      </w:pPr>
      <w:r>
        <w:rPr>
          <w:rFonts w:ascii="Arial" w:hAnsi="Arial" w:cs="Arial"/>
          <w:color w:val="555577"/>
          <w:sz w:val="24"/>
          <w:rtl/>
          <w:szCs w:val="24"/>
        </w:rPr>
        <w:t>ערך השבוע: נתינה – לתת מזמננו, מכוחנו ומליבנו לאחרים, בלי לחכות לתמורה.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בשכבה מתארגן איסוף משחקים לילדים במחלקת ילדים בבית חולים. נועה רוצה לתרום, אבל גם רוצה שידעו שתרמה, ולכן מצלמת הכול. חבר אומר שזה "רק בשביל הלייקים". האם הכוונה חשובה, אם בסוף ילד מקבל משחק?</w:t>
      </w:r>
    </w:p>
    <w:p>
      <w:pPr>
        <w:bidi/>
        <w:jc w:val="right"/>
      </w:pPr>
      <w:r>
        <w:rPr>
          <w:rFonts w:ascii="Arial" w:hAnsi="Arial" w:cs="Arial"/>
          <w:sz w:val="24"/>
          <w:rtl/>
          <w:szCs w:val="24"/>
        </w:rPr>
        <w:t>1. האם הכוונה חשובה כשנותנים?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איך נותנים בלי להשפיל את מי שמקבל?</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האם נתינה שמרגישה טוב היא עדיין נתינה?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"נתינה"?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לקטוע מישהו באמצע המשפט</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ללעוג למי שטועה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לתת שעה מזמני למישהו שצריך</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לתרום משחק או בגד שאני לא צריך או צריכה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לעזור לחבר בשיעורי בית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נתינה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האמונה שאפשר לטוב לבוא, והכוח להמשיך לפעול לקראתו</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תקווה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לתת מזמננו, מכוחנו ומליבנו לאחרים, בלי לחכות לתמורה</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אמפתיה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לעבוד יחד למען מטרה משותפת, כשכל אחד ואחת תורמים את החלק שלהם</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שיתוף פעולה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היכולת להרגיש ולהבין מה עובר על אדם אחר, ולהגיב ברגישות</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"מה ________ בלב – לא נגמר, רק גדל"</w:t>
      </w:r>
    </w:p>
    <w:p>
      <w:pPr>
        <w:bidi/>
        <w:jc w:val="right"/>
      </w:pPr>
      <w:r>
        <w:rPr>
          <w:rFonts w:ascii="Arial" w:hAnsi="Arial" w:cs="Arial"/>
          <w:sz w:val="24"/>
          <w:rtl/>
          <w:szCs w:val="24"/>
        </w:rPr>
        <w:t>2. 🧩 חידה: לאלמז יש פי שניים עפרונות מאשר לליה. ביחד יש להן 18 עפרונות. כמה עפרונות יש לליה?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לתת שעה מזמני למישהו שצריך · לעזור לחבר בשיעורי בית · לתרום משחק או בגד שאני לא צריך או צריכה</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השבוע על נתינה?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נתתם השבוע, או קיבלתם, שעשה לכם טוב?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נתינה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