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אומץ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"אומץ"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אומץ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courage / смелость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fear / страх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strong / сильный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to ask / просить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אומץ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🦁 אומץ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אומץ זה לעשות משהו גם כשמפחדים. גם לבקש עזרה זה אומץ.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אומץ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courage · смелость · ድፍረት · شجاعة · courage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פחד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fear · страх · ፍርሃት · خوف · peur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חזק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strong · сильный · ጠንካራ · قوي · fort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לבקש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ask · просить · መጠየቅ · يطلب · demander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אומץ  |  פחד  |  חזק  |  לבקש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courage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חזק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אומץ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אומץ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courage / смелость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פחד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to ask / просить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strong / сильный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לבקש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fear / страх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________ זה לעשות משהו גם כשמפחדים. גם לבקש עזרה זה אומץ.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"אומץ".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מתי הייתם אמיצים?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להרים יד ולשאול שאלה / לנסות משהו שקצת מפחיד אותי)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אומץ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