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אומץ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"אומץ"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🦁 אומץ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כְּשֶׁמַּפְחִיד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🦁 אומץ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🦁 💪 ⭐  משפט השבוע: אֹמֶץ זֶה לְנַסּוֹת גַּם כְּשֶׁמַּפְחִיד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כְּשֶׁמַּפְחִיד  |  לִהְיוֹת  |  וּלְשַׂמֵּחַ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"אֹמֶץ זֶה לְנַסּוֹת גַּם כְּשֶׁמַּפְחִיד"?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🦁 אומץ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🎁 נתינה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להרים יד ולשאול שאלה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לצעוק כדי שישמעו רק אותי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לנסות משהו שקצת מפחיד אותי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אֹמֶץ זֶה לְנַסּוֹת גַּם 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מתי הייתם אמיצים?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להרים יד ולשאול שאלה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אומץ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